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ZÁPIS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ze zasedání shromáždění společenství vlastníků jednotek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Společenství: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Datum, čas, místo: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Svolal / způsob doručení pozvánky: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I. Usnášeníschopnost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Dle prezenční listiny (příloha) přítomni vlastníci s celkovým počtem hlasů ________ z ________ (________ %).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Shromáždění ☐ je usnášeníschopné  ☐ není usnášeníschopné (v tom případě zápis ukončete konstatací a postupujte dle stanov – náhradní shromáždění / per rollam).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Zahájil / předsedal: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Zapisovatel / ověřovatel(é):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II. Průběh a usnesení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U každého bodu pořadu uveďte znění usnesení a výsledek hlasování v hlasech (podílech): pro / proti / zdržel se.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Bod 1: 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Usnesení: 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Hlasování: pro ____ | proti ____ | zdržel se ____ | výsledek: přijato / nepřijato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Bod 2: 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Usnesení: 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Hlasování: pro ____ | proti ____ | zdržel se ____ | výsledek: přijato / nepřijato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Bod 3: 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Usnesení: 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Hlasování: pro ____ | proti ____ | zdržel se ____ | výsledek: přijato / nepřijato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Bod 4: 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Usnesení: 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Hlasování: pro ____ | proti ____ | zdržel se ____ | výsledek: přijato / nepřijato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III. Závěr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Námitky / prohlášení vlastníků (stručně): 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Zápis vyhotoven dne ________ (do 30 dnů od ukončení). Přílohy: 1) pozvánka, 2) prezenční listina, 3) plné moci, 4) …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Zapisovatel: _____________  Předsedající: _____________  Ověřovatel: 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Zápis ze shromáždění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