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ZÁPIS Z JEDNÁNÍ STATUTÁRNÍHO ORGÁNU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(výbor / předseda společenství)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Datum, místo, přítomni / omluveni: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Předsedající / zapisovatel: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Program a usnesení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1. Bod: _________________  Usnesení / úkol: _________________  Zodpovídá: _______ Termín: 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2. Bod: _________________  Usnesení / úkol: _________________  Zodpovídá: _______ Termín: 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3. Bod: _________________  Usnesení / úkol: _________________  Zodpovídá: _______ Termín: 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4. Bod: _________________  Usnesení / úkol: _________________  Zodpovídá: _______ Termín: 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5. Bod: _________________  Usnesení / úkol: _________________  Zodpovídá: _______ Termín: 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Kontrola úkolů z minula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________________________________________________________________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Příští jednání: _______________  Podpisy: 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Zápis z jednání výboru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