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PLNÁ MOC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k zastupování vlastníka jednotky na shromáždění SVJ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120" w:before="0" w:line="276" w:lineRule="auto"/>
      </w:pPr>
      <w:r>
        <w:rPr>
          <w:rFonts w:ascii="Calibri" w:hAnsi="Calibri" w:eastAsia="Calibri"/>
          <w:b/>
          <w:i w:val="0"/>
          <w:sz w:val="22"/>
        </w:rPr>
        <w:t>Já / My níže podepsaný(í) vlastník(ci) jednotky: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Jméno / název: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Adresa / IČO: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Jednotka č. / podíl na společných částech: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Společenství (název, adresa domu): ________________________________________</w:t>
      </w:r>
    </w:p>
    <w:p>
      <w:pPr>
        <w:spacing w:after="120" w:before="160" w:line="276" w:lineRule="auto"/>
      </w:pPr>
      <w:r>
        <w:rPr>
          <w:rFonts w:ascii="Calibri" w:hAnsi="Calibri" w:eastAsia="Calibri"/>
          <w:b/>
          <w:i w:val="0"/>
          <w:sz w:val="22"/>
        </w:rPr>
        <w:t>zmocňuji / zmocňujeme: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Zmocněnec (jméno, adresa, datum narození / IČO): ________________________________________</w:t>
      </w:r>
    </w:p>
    <w:p>
      <w:pPr>
        <w:spacing w:after="120" w:before="160" w:line="276" w:lineRule="auto"/>
      </w:pPr>
      <w:r>
        <w:rPr>
          <w:rFonts w:ascii="Calibri" w:hAnsi="Calibri" w:eastAsia="Calibri"/>
          <w:b w:val="0"/>
          <w:i w:val="0"/>
          <w:sz w:val="22"/>
        </w:rPr>
        <w:t>aby mě / nás zastupoval(a) na shromáždění společenství svolaném na den ______________ a na případném náhradním shromáždění se stejným pořadem, jakož i při rozhodování mimo zasedání (per rollam) o týchž záležitostech, zejména aby se účastnil(a) jednání, podepsal(a) prezenční listinu, hlasoval(a), podával(a) návrhy a nahlížel(a) do podkladů.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Rozsah zmocnění (zakroužkujte):  A) v plném rozsahu práv vlastníka  /  B) pouze k hlasování o bodech: ______________</w:t>
      </w:r>
    </w:p>
    <w:p>
      <w:pPr>
        <w:spacing w:after="120" w:before="120" w:line="276" w:lineRule="auto"/>
      </w:pPr>
      <w:r>
        <w:rPr>
          <w:rFonts w:ascii="Calibri" w:hAnsi="Calibri" w:eastAsia="Calibri"/>
          <w:b w:val="0"/>
          <w:i w:val="0"/>
          <w:sz w:val="22"/>
        </w:rPr>
        <w:t>Tato plná moc je udělena na dobu:  ☐ jednorázově ke shromáždění výše  ☐ do odvolání (max. do ________).</w:t>
      </w:r>
    </w:p>
    <w:p>
      <w:pPr>
        <w:spacing w:after="120" w:before="160" w:line="276" w:lineRule="auto"/>
      </w:pPr>
      <w:r>
        <w:rPr>
          <w:rFonts w:ascii="Calibri" w:hAnsi="Calibri" w:eastAsia="Calibri"/>
          <w:b w:val="0"/>
          <w:i/>
          <w:sz w:val="18"/>
        </w:rPr>
        <w:t>Úřední ověření podpisu zákon obecně nevyžaduje, ledaže to určí stanovy nebo je rozhodnutí osvědčováno notářským zápisem.</w:t>
      </w:r>
    </w:p>
    <w:p>
      <w:pPr>
        <w:spacing w:after="120" w:before="320" w:line="276" w:lineRule="auto"/>
      </w:pPr>
      <w:r>
        <w:rPr>
          <w:rFonts w:ascii="Calibri" w:hAnsi="Calibri" w:eastAsia="Calibri"/>
          <w:b w:val="0"/>
          <w:i w:val="0"/>
          <w:sz w:val="22"/>
        </w:rPr>
        <w:t>V _______________ dne 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Podpis zmocnitele: _________________________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Podpis zmocněnce (přijetí): 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Plná moc na shromáždění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