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HLASOVACÍ LÍSTEK – PER ROLLAM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Vlastník / jednotka č. / podíl (hlasy):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/ datum návrhu: ________________________________________</w:t>
      </w:r>
    </w:p>
    <w:p>
      <w:pPr>
        <w:spacing w:after="120" w:before="120" w:line="276" w:lineRule="auto"/>
      </w:pPr>
      <w:r>
        <w:rPr>
          <w:rFonts w:ascii="Calibri" w:hAnsi="Calibri" w:eastAsia="Calibri"/>
          <w:b w:val="0"/>
          <w:i w:val="0"/>
          <w:sz w:val="22"/>
        </w:rPr>
        <w:t>U každého usnesení označte právě jednu možnost. Podepište na listině obsahující plné znění návrhu.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Usnesení č. 1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☐ PRO     ☐ PROTI     ☐ ZDRŽEL SE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Usnesení č. 2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☐ PRO     ☐ PROTI     ☐ ZDRŽEL SE</w:t>
      </w:r>
    </w:p>
    <w:p>
      <w:pPr>
        <w:spacing w:after="120" w:before="320" w:line="276" w:lineRule="auto"/>
      </w:pPr>
      <w:r>
        <w:rPr>
          <w:rFonts w:ascii="Calibri" w:hAnsi="Calibri" w:eastAsia="Calibri"/>
          <w:b w:val="0"/>
          <w:i w:val="0"/>
          <w:sz w:val="22"/>
        </w:rPr>
        <w:t>Datum: _____________  Podpis vlastníka / zástupců: 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sz w:val="18"/>
        </w:rPr>
        <w:t>Je-li přiložena plná moc, zástupce ji odevzdá spolu s lístkem.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Hlasovací lístek per rollam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